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EF31D" w14:textId="77777777" w:rsidR="00D43BE5" w:rsidRPr="008A5E85" w:rsidRDefault="00000000" w:rsidP="008A5E85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  <w:lang w:val="kk-KZ"/>
        </w:rPr>
      </w:pPr>
      <w:r w:rsidRPr="008A5E85">
        <w:rPr>
          <w:rFonts w:cs="Times New Roman"/>
          <w:b/>
          <w:noProof/>
          <w:szCs w:val="24"/>
          <w:lang w:val="kk-KZ"/>
        </w:rPr>
        <w:t>К.Б. Мухаметкалиеваның философия докторы (PhD) дәрежесін алу үшін диссертациялық жұмысының қорғауы өтеді</w:t>
      </w:r>
    </w:p>
    <w:p w14:paraId="38817519" w14:textId="77777777" w:rsidR="00823431" w:rsidRPr="008A5E85" w:rsidRDefault="00823431" w:rsidP="00823431">
      <w:pPr>
        <w:spacing w:after="0" w:line="240" w:lineRule="auto"/>
        <w:ind w:firstLine="567"/>
        <w:jc w:val="both"/>
        <w:rPr>
          <w:rFonts w:cs="Times New Roman"/>
          <w:noProof/>
          <w:szCs w:val="24"/>
          <w:lang w:val="kk-KZ"/>
        </w:rPr>
      </w:pPr>
    </w:p>
    <w:p w14:paraId="66A16883" w14:textId="740CC6F4" w:rsidR="00D43BE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noProof/>
          <w:szCs w:val="24"/>
          <w:lang w:val="kk-KZ"/>
        </w:rPr>
        <w:t xml:space="preserve">Абай атындағы Қазақ ұлттық педагогикалық университеті жанындағы </w:t>
      </w:r>
      <w:r w:rsidR="008A5E85" w:rsidRPr="008A5E85">
        <w:rPr>
          <w:rFonts w:cs="Times New Roman"/>
          <w:noProof/>
          <w:szCs w:val="24"/>
          <w:lang w:val="kk-KZ"/>
        </w:rPr>
        <w:t>8D016 – Гуманитарлық пәндер бойынша педагогтарды даярлау (6D011400/8D01601 – Тарих) және 8D022 – Гуманитарлық ғылымдар (6D020300/8D02202 – Тарих)</w:t>
      </w:r>
      <w:r w:rsidRPr="008A5E85">
        <w:rPr>
          <w:rFonts w:cs="Times New Roman"/>
          <w:noProof/>
          <w:szCs w:val="24"/>
          <w:lang w:val="kk-KZ"/>
        </w:rPr>
        <w:t xml:space="preserve"> бағыт</w:t>
      </w:r>
      <w:r w:rsidR="008A5E85">
        <w:rPr>
          <w:rFonts w:cs="Times New Roman"/>
          <w:noProof/>
          <w:szCs w:val="24"/>
          <w:lang w:val="kk-KZ"/>
        </w:rPr>
        <w:t>тары</w:t>
      </w:r>
      <w:r w:rsidRPr="008A5E85">
        <w:rPr>
          <w:rFonts w:cs="Times New Roman"/>
          <w:noProof/>
          <w:szCs w:val="24"/>
          <w:lang w:val="kk-KZ"/>
        </w:rPr>
        <w:t xml:space="preserve"> бойынша диссертациялық кеңесінде «8D01601 – Тарих» білім беру бағдарламасы</w:t>
      </w:r>
      <w:r w:rsidR="00D46FEA" w:rsidRPr="008A5E85">
        <w:rPr>
          <w:rFonts w:cs="Times New Roman"/>
          <w:noProof/>
          <w:szCs w:val="24"/>
          <w:lang w:val="kk-KZ"/>
        </w:rPr>
        <w:t xml:space="preserve"> бойынша </w:t>
      </w:r>
      <w:r w:rsidRPr="008A5E85">
        <w:rPr>
          <w:rFonts w:cs="Times New Roman"/>
          <w:noProof/>
          <w:szCs w:val="24"/>
          <w:lang w:val="kk-KZ"/>
        </w:rPr>
        <w:t>докторант Мухаметкалиева Карлыга Бериковнаның «1920-жылдардағы Семей губерниясындағы ағарту мен білім берудің тарихы: мазмұны және мектепте оқыту әдістемесі» тақырыбындағы диссертациялық жұмысы қорғалады.</w:t>
      </w:r>
      <w:r w:rsidR="00C650C2">
        <w:rPr>
          <w:rFonts w:cs="Times New Roman"/>
          <w:noProof/>
          <w:szCs w:val="24"/>
          <w:lang w:val="kk-KZ"/>
        </w:rPr>
        <w:t xml:space="preserve"> </w:t>
      </w:r>
      <w:r w:rsidR="009216D1">
        <w:rPr>
          <w:rFonts w:cs="Times New Roman"/>
          <w:noProof/>
          <w:szCs w:val="24"/>
          <w:lang w:val="kk-KZ"/>
        </w:rPr>
        <w:t xml:space="preserve"> </w:t>
      </w:r>
      <w:r w:rsidR="000F4183">
        <w:rPr>
          <w:rFonts w:cs="Times New Roman"/>
          <w:noProof/>
          <w:szCs w:val="24"/>
          <w:lang w:val="kk-KZ"/>
        </w:rPr>
        <w:t xml:space="preserve"> </w:t>
      </w:r>
      <w:r w:rsidR="0034459D">
        <w:rPr>
          <w:rFonts w:cs="Times New Roman"/>
          <w:noProof/>
          <w:szCs w:val="24"/>
          <w:lang w:val="kk-KZ"/>
        </w:rPr>
        <w:t xml:space="preserve"> </w:t>
      </w:r>
      <w:r w:rsidR="00AF0449">
        <w:rPr>
          <w:rFonts w:cs="Times New Roman"/>
          <w:noProof/>
          <w:szCs w:val="24"/>
          <w:lang w:val="kk-KZ"/>
        </w:rPr>
        <w:t xml:space="preserve"> </w:t>
      </w:r>
    </w:p>
    <w:p w14:paraId="77E0BBD4" w14:textId="77777777" w:rsidR="008A5E85" w:rsidRPr="004F6B35" w:rsidRDefault="008A5E85" w:rsidP="008A5E85">
      <w:pPr>
        <w:spacing w:after="0" w:line="240" w:lineRule="auto"/>
        <w:jc w:val="both"/>
        <w:rPr>
          <w:rFonts w:cs="Times New Roman"/>
          <w:noProof/>
          <w:sz w:val="16"/>
          <w:szCs w:val="16"/>
          <w:lang w:val="kk-KZ"/>
        </w:rPr>
      </w:pPr>
    </w:p>
    <w:p w14:paraId="593366A5" w14:textId="77777777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noProof/>
          <w:szCs w:val="24"/>
          <w:lang w:val="kk-KZ"/>
        </w:rPr>
        <w:t>Диссертация Шәкәрім университетінде орындалған.</w:t>
      </w:r>
    </w:p>
    <w:p w14:paraId="7D760E59" w14:textId="77777777" w:rsid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noProof/>
          <w:szCs w:val="24"/>
          <w:lang w:val="kk-KZ"/>
        </w:rPr>
        <w:t>Қорғау түрі – диссертация. Қорғау – қазақ тілінде.</w:t>
      </w:r>
    </w:p>
    <w:p w14:paraId="7A801E70" w14:textId="77777777" w:rsidR="008A5E85" w:rsidRPr="004F6B35" w:rsidRDefault="008A5E85" w:rsidP="008A5E85">
      <w:pPr>
        <w:spacing w:after="0" w:line="240" w:lineRule="auto"/>
        <w:jc w:val="both"/>
        <w:rPr>
          <w:rFonts w:cs="Times New Roman"/>
          <w:noProof/>
          <w:sz w:val="18"/>
          <w:szCs w:val="18"/>
          <w:lang w:val="kk-KZ"/>
        </w:rPr>
      </w:pPr>
    </w:p>
    <w:p w14:paraId="22351CDB" w14:textId="351179F3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noProof/>
          <w:szCs w:val="24"/>
          <w:lang w:val="kk-KZ"/>
        </w:rPr>
        <w:t>ҒЫЛЫМИ КЕҢЕСШІЛЕР:</w:t>
      </w:r>
    </w:p>
    <w:p w14:paraId="6AA0BC0C" w14:textId="77777777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Атантаева Бакыт Жумагазиевна</w:t>
      </w:r>
      <w:r w:rsidRPr="008A5E85">
        <w:rPr>
          <w:rFonts w:cs="Times New Roman"/>
          <w:noProof/>
          <w:szCs w:val="24"/>
          <w:lang w:val="kk-KZ"/>
        </w:rPr>
        <w:t xml:space="preserve"> – тарих ғылымдарының докторы, профессор, Шәкәрім университеті (Семей қ., Қазақстан);</w:t>
      </w:r>
    </w:p>
    <w:p w14:paraId="335B04EE" w14:textId="77777777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Берикханова Айман Еженхановна</w:t>
      </w:r>
      <w:r w:rsidRPr="008A5E85">
        <w:rPr>
          <w:rFonts w:cs="Times New Roman"/>
          <w:noProof/>
          <w:szCs w:val="24"/>
          <w:lang w:val="kk-KZ"/>
        </w:rPr>
        <w:t xml:space="preserve"> – педагогика ғылымдарының кандидаты, профессор, Абай атындағы Қазақ ұлттық педагогикалық университеті (Алматы қ., Қазақстан);</w:t>
      </w:r>
    </w:p>
    <w:p w14:paraId="4CF2F4C5" w14:textId="77777777" w:rsidR="00D46FEA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Щеглова Татьяна Кирилловна</w:t>
      </w:r>
      <w:r w:rsidRPr="008A5E85">
        <w:rPr>
          <w:rFonts w:cs="Times New Roman"/>
          <w:noProof/>
          <w:szCs w:val="24"/>
          <w:lang w:val="kk-KZ"/>
        </w:rPr>
        <w:t xml:space="preserve"> – тарих ғылымдарының докторы, профессор, Алтай мемлекеттік педагогикалық университеті (Барнаул қ., Ресей).</w:t>
      </w:r>
    </w:p>
    <w:p w14:paraId="7DE0A9B2" w14:textId="77777777" w:rsidR="008A5E85" w:rsidRPr="004F6B35" w:rsidRDefault="008A5E85" w:rsidP="008A5E85">
      <w:pPr>
        <w:spacing w:after="0" w:line="240" w:lineRule="auto"/>
        <w:jc w:val="both"/>
        <w:rPr>
          <w:rFonts w:cs="Times New Roman"/>
          <w:b/>
          <w:noProof/>
          <w:sz w:val="18"/>
          <w:szCs w:val="18"/>
          <w:lang w:val="kk-KZ"/>
        </w:rPr>
      </w:pPr>
    </w:p>
    <w:p w14:paraId="30DCC695" w14:textId="28D7E7B4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noProof/>
          <w:szCs w:val="24"/>
          <w:lang w:val="kk-KZ"/>
        </w:rPr>
        <w:t>ДИССЕРТАЦИЯЛЫҚ КЕҢЕСТІҢ УАҚЫТША МҮШЕЛЕРІ:</w:t>
      </w:r>
    </w:p>
    <w:p w14:paraId="20BB214A" w14:textId="77777777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Кенжебаев Габит Капезович</w:t>
      </w:r>
      <w:r w:rsidRPr="008A5E85">
        <w:rPr>
          <w:rFonts w:cs="Times New Roman"/>
          <w:noProof/>
          <w:szCs w:val="24"/>
          <w:lang w:val="kk-KZ"/>
        </w:rPr>
        <w:t xml:space="preserve"> – тарих ғылымдарының докторы, профессор, ҚР ҰҒА академигі, Абай атындағы Қазақ ұлттық педагогикалық университеті (Алматы қ., Қазақстан);</w:t>
      </w:r>
    </w:p>
    <w:p w14:paraId="45F8E195" w14:textId="5AE82D9D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Исаев Мухтар Сеитханулы</w:t>
      </w:r>
      <w:r w:rsidRPr="008A5E85">
        <w:rPr>
          <w:rFonts w:cs="Times New Roman"/>
          <w:noProof/>
          <w:szCs w:val="24"/>
          <w:lang w:val="kk-KZ"/>
        </w:rPr>
        <w:t xml:space="preserve"> – PhD, доцент</w:t>
      </w:r>
      <w:r w:rsidR="00D46FEA" w:rsidRPr="008A5E85">
        <w:rPr>
          <w:rFonts w:cs="Times New Roman"/>
          <w:noProof/>
          <w:szCs w:val="24"/>
          <w:lang w:val="kk-KZ"/>
        </w:rPr>
        <w:t xml:space="preserve"> м.а.</w:t>
      </w:r>
      <w:r w:rsidRPr="008A5E85">
        <w:rPr>
          <w:rFonts w:cs="Times New Roman"/>
          <w:noProof/>
          <w:szCs w:val="24"/>
          <w:lang w:val="kk-KZ"/>
        </w:rPr>
        <w:t>, Қожа Ахмет Ясауи атындағы Халықаралық қазақ-түрік университеті (Түркістан қ., Қазақстан);</w:t>
      </w:r>
    </w:p>
    <w:p w14:paraId="67223331" w14:textId="77777777" w:rsid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Токтамысов Сакен Жаугаштович</w:t>
      </w:r>
      <w:r w:rsidRPr="008A5E85">
        <w:rPr>
          <w:rFonts w:cs="Times New Roman"/>
          <w:noProof/>
          <w:szCs w:val="24"/>
          <w:lang w:val="kk-KZ"/>
        </w:rPr>
        <w:t xml:space="preserve"> – тарих ғылымдарының кандидаты, доцент, Патрис Лумумба атындағы Ресей халықтар достығы университеті (Мәскеу қ., Ресей).</w:t>
      </w:r>
    </w:p>
    <w:p w14:paraId="3BC5C943" w14:textId="77777777" w:rsidR="008A5E85" w:rsidRPr="004F6B35" w:rsidRDefault="008A5E85" w:rsidP="008A5E85">
      <w:pPr>
        <w:spacing w:after="0" w:line="240" w:lineRule="auto"/>
        <w:jc w:val="both"/>
        <w:rPr>
          <w:rFonts w:cs="Times New Roman"/>
          <w:noProof/>
          <w:sz w:val="18"/>
          <w:szCs w:val="18"/>
          <w:lang w:val="kk-KZ"/>
        </w:rPr>
      </w:pPr>
    </w:p>
    <w:p w14:paraId="3F40C5D7" w14:textId="2612D6C3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noProof/>
          <w:szCs w:val="24"/>
          <w:lang w:val="kk-KZ"/>
        </w:rPr>
        <w:t>РЕСМИ РЕЦЕНЗЕНТТЕР:</w:t>
      </w:r>
    </w:p>
    <w:p w14:paraId="32F2A771" w14:textId="0EB7D7CA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Абикенова Гульжазира Естаев</w:t>
      </w:r>
      <w:r w:rsidRPr="008A5E85">
        <w:rPr>
          <w:rFonts w:cs="Times New Roman"/>
          <w:noProof/>
          <w:szCs w:val="24"/>
          <w:lang w:val="kk-KZ"/>
        </w:rPr>
        <w:t>на – тарих ғылымдарының кандидаты, қауымдастырылған професс</w:t>
      </w:r>
      <w:r w:rsidR="00F25237">
        <w:rPr>
          <w:rFonts w:cs="Times New Roman"/>
          <w:noProof/>
          <w:szCs w:val="24"/>
          <w:lang w:val="kk-KZ"/>
        </w:rPr>
        <w:t>ор</w:t>
      </w:r>
      <w:r w:rsidRPr="008A5E85">
        <w:rPr>
          <w:rFonts w:cs="Times New Roman"/>
          <w:noProof/>
          <w:szCs w:val="24"/>
          <w:lang w:val="kk-KZ"/>
        </w:rPr>
        <w:t>, әл-Фараби атындағы Қазақ ұлттық университеті (Алматы қ., Қазақстан);</w:t>
      </w:r>
    </w:p>
    <w:p w14:paraId="32AD60A4" w14:textId="201CB39D" w:rsidR="00D46FEA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8A5E85">
        <w:rPr>
          <w:rFonts w:cs="Times New Roman"/>
          <w:b/>
          <w:bCs/>
          <w:noProof/>
          <w:szCs w:val="24"/>
          <w:lang w:val="kk-KZ"/>
        </w:rPr>
        <w:t>Батырбекқызы Гауһар</w:t>
      </w:r>
      <w:r w:rsidRPr="008A5E85">
        <w:rPr>
          <w:rFonts w:cs="Times New Roman"/>
          <w:noProof/>
          <w:szCs w:val="24"/>
          <w:lang w:val="kk-KZ"/>
        </w:rPr>
        <w:t xml:space="preserve"> – PhD, профессор</w:t>
      </w:r>
      <w:r w:rsidR="004D0F9B" w:rsidRPr="008A5E85">
        <w:rPr>
          <w:rFonts w:cs="Times New Roman"/>
          <w:noProof/>
          <w:szCs w:val="24"/>
          <w:lang w:val="kk-KZ"/>
        </w:rPr>
        <w:t xml:space="preserve"> м.а.</w:t>
      </w:r>
      <w:r w:rsidR="00EE7D87" w:rsidRPr="008A5E85">
        <w:rPr>
          <w:rFonts w:cs="Times New Roman"/>
          <w:noProof/>
          <w:szCs w:val="24"/>
          <w:lang w:val="kk-KZ"/>
        </w:rPr>
        <w:t>,</w:t>
      </w:r>
      <w:r w:rsidRPr="008A5E85">
        <w:rPr>
          <w:rFonts w:cs="Times New Roman"/>
          <w:noProof/>
          <w:szCs w:val="24"/>
          <w:lang w:val="kk-KZ"/>
        </w:rPr>
        <w:t xml:space="preserve"> </w:t>
      </w:r>
      <w:r w:rsidR="002132B7" w:rsidRPr="008A5E85">
        <w:rPr>
          <w:rFonts w:cs="Times New Roman"/>
          <w:noProof/>
          <w:szCs w:val="24"/>
          <w:lang w:val="kk-KZ"/>
        </w:rPr>
        <w:t xml:space="preserve">Мұхтар Әуезов атындағы Оңтүстік Қазақстан зерттеу университеті </w:t>
      </w:r>
      <w:r w:rsidRPr="008A5E85">
        <w:rPr>
          <w:rFonts w:cs="Times New Roman"/>
          <w:noProof/>
          <w:szCs w:val="24"/>
          <w:lang w:val="kk-KZ"/>
        </w:rPr>
        <w:t>(Шымкент қ., Қазақстан).</w:t>
      </w:r>
      <w:r w:rsidR="008A5E85">
        <w:rPr>
          <w:rFonts w:cs="Times New Roman"/>
          <w:noProof/>
          <w:szCs w:val="24"/>
          <w:lang w:val="kk-KZ"/>
        </w:rPr>
        <w:t xml:space="preserve"> </w:t>
      </w:r>
    </w:p>
    <w:p w14:paraId="41CCE851" w14:textId="77777777" w:rsidR="008A5E85" w:rsidRPr="004F6B35" w:rsidRDefault="008A5E85" w:rsidP="008A5E85">
      <w:pPr>
        <w:spacing w:after="0" w:line="240" w:lineRule="auto"/>
        <w:jc w:val="both"/>
        <w:rPr>
          <w:rFonts w:cs="Times New Roman"/>
          <w:noProof/>
          <w:sz w:val="18"/>
          <w:szCs w:val="18"/>
          <w:lang w:val="kk-KZ"/>
        </w:rPr>
      </w:pPr>
    </w:p>
    <w:p w14:paraId="1DB1F853" w14:textId="2DC6E1B0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Қорғау 2026 жылы 17 қараша сағат 10.00-де</w:t>
      </w:r>
      <w:r w:rsidRPr="008A5E85">
        <w:rPr>
          <w:rFonts w:cs="Times New Roman"/>
          <w:noProof/>
          <w:szCs w:val="24"/>
          <w:lang w:val="kk-KZ"/>
        </w:rPr>
        <w:t xml:space="preserve"> Абай атындағы Қазақ ұлттық педагогикалық университетінде өтеді.</w:t>
      </w:r>
    </w:p>
    <w:p w14:paraId="4F90467E" w14:textId="2ABD8D6D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Мекен-жайы:</w:t>
      </w:r>
      <w:r w:rsidRPr="008A5E85">
        <w:rPr>
          <w:rFonts w:cs="Times New Roman"/>
          <w:noProof/>
          <w:szCs w:val="24"/>
          <w:lang w:val="kk-KZ"/>
        </w:rPr>
        <w:t xml:space="preserve"> 050010, Алматы қ., Достық, 13. (3 қабат, 3</w:t>
      </w:r>
      <w:r w:rsidR="00B300FD" w:rsidRPr="008A5E85">
        <w:rPr>
          <w:rFonts w:cs="Times New Roman"/>
          <w:noProof/>
          <w:szCs w:val="24"/>
          <w:lang w:val="kk-KZ"/>
        </w:rPr>
        <w:t>2</w:t>
      </w:r>
      <w:r w:rsidRPr="008A5E85">
        <w:rPr>
          <w:rFonts w:cs="Times New Roman"/>
          <w:noProof/>
          <w:szCs w:val="24"/>
          <w:lang w:val="kk-KZ"/>
        </w:rPr>
        <w:t>3 кабинет)</w:t>
      </w:r>
    </w:p>
    <w:p w14:paraId="6CED2E68" w14:textId="077D3132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Сайт:</w:t>
      </w:r>
      <w:r w:rsidRPr="008A5E85">
        <w:rPr>
          <w:rFonts w:cs="Times New Roman"/>
          <w:noProof/>
          <w:szCs w:val="24"/>
          <w:lang w:val="kk-KZ"/>
        </w:rPr>
        <w:t xml:space="preserve"> </w:t>
      </w:r>
      <w:r w:rsidR="00437DE6" w:rsidRPr="00437DE6">
        <w:rPr>
          <w:color w:val="0070C0"/>
        </w:rPr>
        <w:t>https://abai.university</w:t>
      </w:r>
      <w:r w:rsidR="00BA04D8" w:rsidRPr="00437DE6">
        <w:rPr>
          <w:rFonts w:cs="Times New Roman"/>
          <w:noProof/>
          <w:color w:val="0070C0"/>
          <w:szCs w:val="24"/>
          <w:lang w:val="kk-KZ"/>
        </w:rPr>
        <w:t xml:space="preserve"> </w:t>
      </w:r>
    </w:p>
    <w:p w14:paraId="621A356E" w14:textId="5D890F29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Байланыс нөмірі:</w:t>
      </w:r>
      <w:r w:rsidRPr="008A5E85">
        <w:rPr>
          <w:rFonts w:cs="Times New Roman"/>
          <w:noProof/>
          <w:szCs w:val="24"/>
          <w:lang w:val="kk-KZ"/>
        </w:rPr>
        <w:t xml:space="preserve"> +7</w:t>
      </w:r>
      <w:r w:rsidR="00D46FEA" w:rsidRPr="008A5E85">
        <w:rPr>
          <w:rFonts w:cs="Times New Roman"/>
          <w:noProof/>
          <w:szCs w:val="24"/>
          <w:lang w:val="kk-KZ"/>
        </w:rPr>
        <w:t> 778 222 20 84</w:t>
      </w:r>
    </w:p>
    <w:p w14:paraId="22809B26" w14:textId="45CC10BA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Zoom:</w:t>
      </w:r>
      <w:r w:rsidR="00AF1835" w:rsidRPr="008A5E85">
        <w:rPr>
          <w:rFonts w:cs="Times New Roman"/>
          <w:noProof/>
          <w:szCs w:val="24"/>
          <w:lang w:val="kk-KZ"/>
        </w:rPr>
        <w:t xml:space="preserve"> </w:t>
      </w:r>
      <w:hyperlink r:id="rId6" w:history="1">
        <w:r w:rsidR="00AF1835" w:rsidRPr="008A5E85">
          <w:rPr>
            <w:rStyle w:val="aff8"/>
            <w:rFonts w:cs="Times New Roman"/>
            <w:noProof/>
            <w:szCs w:val="24"/>
            <w:lang w:val="kk-KZ"/>
          </w:rPr>
          <w:t>https://zoom.us/j/99304971050?pwd=gyraEPIPHxiuEv3R8ztlcBLfHM5ivY.1</w:t>
        </w:r>
      </w:hyperlink>
    </w:p>
    <w:p w14:paraId="3ACCC0A5" w14:textId="49259A77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Идентификатор:</w:t>
      </w:r>
      <w:r w:rsidRPr="008A5E85">
        <w:rPr>
          <w:rFonts w:cs="Times New Roman"/>
          <w:noProof/>
          <w:szCs w:val="24"/>
          <w:lang w:val="kk-KZ"/>
        </w:rPr>
        <w:t xml:space="preserve"> </w:t>
      </w:r>
      <w:r w:rsidR="00AF1835" w:rsidRPr="008A5E85">
        <w:rPr>
          <w:rFonts w:cs="Times New Roman"/>
          <w:noProof/>
          <w:color w:val="000000"/>
          <w:szCs w:val="24"/>
          <w:shd w:val="clear" w:color="auto" w:fill="FFFFFF"/>
          <w:lang w:val="kk-KZ"/>
        </w:rPr>
        <w:t>993 0497 1050</w:t>
      </w:r>
    </w:p>
    <w:p w14:paraId="5C074A7D" w14:textId="3DDE0CE4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Код:</w:t>
      </w:r>
      <w:r w:rsidR="00AF1835" w:rsidRPr="008A5E85">
        <w:rPr>
          <w:rFonts w:cs="Times New Roman"/>
          <w:noProof/>
          <w:color w:val="000000"/>
          <w:szCs w:val="24"/>
          <w:shd w:val="clear" w:color="auto" w:fill="FFFFFF"/>
          <w:lang w:val="kk-KZ"/>
        </w:rPr>
        <w:t xml:space="preserve"> 1234</w:t>
      </w:r>
      <w:r w:rsidR="00F25237">
        <w:rPr>
          <w:rFonts w:cs="Times New Roman"/>
          <w:noProof/>
          <w:color w:val="000000"/>
          <w:szCs w:val="24"/>
          <w:shd w:val="clear" w:color="auto" w:fill="FFFFFF"/>
          <w:lang w:val="kk-KZ"/>
        </w:rPr>
        <w:t xml:space="preserve"> </w:t>
      </w:r>
    </w:p>
    <w:p w14:paraId="1EC1815E" w14:textId="25CF46B6" w:rsidR="00D43BE5" w:rsidRPr="008A5E85" w:rsidRDefault="00000000" w:rsidP="008A5E85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YouTube:</w:t>
      </w:r>
      <w:r w:rsidR="00D46FEA" w:rsidRPr="008A5E85">
        <w:rPr>
          <w:rFonts w:cs="Times New Roman"/>
          <w:noProof/>
          <w:szCs w:val="24"/>
          <w:lang w:val="kk-KZ"/>
        </w:rPr>
        <w:t xml:space="preserve"> </w:t>
      </w:r>
      <w:hyperlink r:id="rId7" w:history="1">
        <w:r w:rsidR="00D46FEA" w:rsidRPr="008A5E85">
          <w:rPr>
            <w:rStyle w:val="aff8"/>
            <w:rFonts w:cs="Times New Roman"/>
            <w:noProof/>
            <w:szCs w:val="24"/>
            <w:lang w:val="kk-KZ"/>
          </w:rPr>
          <w:t>https://www.youtube.com/@abaiuniversity1928</w:t>
        </w:r>
      </w:hyperlink>
      <w:r w:rsidR="00D46FEA" w:rsidRPr="008A5E85">
        <w:rPr>
          <w:rFonts w:cs="Times New Roman"/>
          <w:noProof/>
          <w:szCs w:val="24"/>
          <w:lang w:val="kk-KZ"/>
        </w:rPr>
        <w:t xml:space="preserve"> </w:t>
      </w:r>
    </w:p>
    <w:p w14:paraId="73B308EA" w14:textId="77777777" w:rsidR="00823431" w:rsidRDefault="00823431" w:rsidP="00823431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</w:p>
    <w:p w14:paraId="3E357BA3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Диссертациялық кеңестің уақытша мүшелері</w:t>
      </w:r>
    </w:p>
    <w:p w14:paraId="24D4F981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Ресми рецензенттер</w:t>
      </w:r>
    </w:p>
    <w:p w14:paraId="197482D0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Этикалық комиссия қорытындысы</w:t>
      </w:r>
    </w:p>
    <w:p w14:paraId="25CB1AD7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Аңдатпа</w:t>
      </w:r>
    </w:p>
    <w:p w14:paraId="7BD16333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Ғылыми жарияланымдар тізімі</w:t>
      </w:r>
    </w:p>
    <w:p w14:paraId="2AD7851A" w14:textId="77777777" w:rsidR="00C650C2" w:rsidRPr="00C650C2" w:rsidRDefault="00C650C2" w:rsidP="00C650C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Диссертацияны қорғау барысында түсірілген бейне жазба</w:t>
      </w:r>
    </w:p>
    <w:p w14:paraId="6AD4E5EB" w14:textId="46473EB0" w:rsidR="008A5E85" w:rsidRPr="004F6B35" w:rsidRDefault="00C650C2" w:rsidP="004F6B35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C650C2">
        <w:rPr>
          <w:rFonts w:cs="Times New Roman"/>
          <w:b/>
          <w:bCs/>
          <w:noProof/>
          <w:szCs w:val="24"/>
          <w:lang w:val="kk-KZ"/>
        </w:rPr>
        <w:t>Философия докторы (PhD) дәрежесін беру туралы бұйры</w:t>
      </w:r>
      <w:r>
        <w:rPr>
          <w:rFonts w:cs="Times New Roman"/>
          <w:b/>
          <w:bCs/>
          <w:noProof/>
          <w:szCs w:val="24"/>
          <w:lang w:val="kk-KZ"/>
        </w:rPr>
        <w:t>қ</w:t>
      </w:r>
    </w:p>
    <w:p w14:paraId="645C3E83" w14:textId="77777777" w:rsidR="004F6B35" w:rsidRDefault="00000000" w:rsidP="004F6B35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  <w:lang w:val="ru-RU"/>
        </w:rPr>
      </w:pPr>
      <w:r w:rsidRPr="004F6B35">
        <w:rPr>
          <w:rFonts w:cs="Times New Roman"/>
          <w:b/>
          <w:noProof/>
          <w:szCs w:val="24"/>
          <w:lang w:val="ru-RU"/>
        </w:rPr>
        <w:lastRenderedPageBreak/>
        <w:t xml:space="preserve">Состоится защита диссертации на соискание степени доктора философии (PhD) </w:t>
      </w:r>
    </w:p>
    <w:p w14:paraId="6A80B630" w14:textId="7B7576D2" w:rsidR="00D43BE5" w:rsidRDefault="00000000" w:rsidP="004F6B35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  <w:lang w:val="ru-RU"/>
        </w:rPr>
      </w:pPr>
      <w:r w:rsidRPr="004F6B35">
        <w:rPr>
          <w:rFonts w:cs="Times New Roman"/>
          <w:b/>
          <w:noProof/>
          <w:szCs w:val="24"/>
          <w:lang w:val="ru-RU"/>
        </w:rPr>
        <w:t>К.Б. Мухаметкалиевой</w:t>
      </w:r>
    </w:p>
    <w:p w14:paraId="4F82B7C3" w14:textId="77777777" w:rsidR="004F6B35" w:rsidRDefault="004F6B35" w:rsidP="004F6B35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</w:p>
    <w:p w14:paraId="66DA43B9" w14:textId="4185C059" w:rsidR="00D43BE5" w:rsidRPr="004F6B35" w:rsidRDefault="00000000" w:rsidP="004F6B35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noProof/>
          <w:szCs w:val="24"/>
          <w:lang w:val="ru-RU"/>
        </w:rPr>
        <w:t>В диссертационном совете по защите диссертаций на присуждение степени доктора философии (PhD) по направлени</w:t>
      </w:r>
      <w:r w:rsidR="00792084">
        <w:rPr>
          <w:rFonts w:cs="Times New Roman"/>
          <w:noProof/>
          <w:szCs w:val="24"/>
          <w:lang w:val="ru-RU"/>
        </w:rPr>
        <w:t>ям</w:t>
      </w:r>
      <w:r w:rsidRPr="004F6B35">
        <w:rPr>
          <w:rFonts w:cs="Times New Roman"/>
          <w:noProof/>
          <w:szCs w:val="24"/>
          <w:lang w:val="ru-RU"/>
        </w:rPr>
        <w:t xml:space="preserve"> </w:t>
      </w:r>
      <w:r w:rsidR="004F6B35" w:rsidRPr="004F6B35">
        <w:rPr>
          <w:rFonts w:cs="Times New Roman"/>
          <w:noProof/>
          <w:szCs w:val="24"/>
          <w:lang w:val="ru-RU"/>
        </w:rPr>
        <w:t>8D016 – Подготовка педагогов по гуманитарным предметам (6D011400/8D01601 – История) и 8D022 – Гуманитарные науки (6D020300/8D02202 – История)</w:t>
      </w:r>
      <w:r w:rsidRPr="004F6B35">
        <w:rPr>
          <w:rFonts w:cs="Times New Roman"/>
          <w:noProof/>
          <w:szCs w:val="24"/>
          <w:lang w:val="ru-RU"/>
        </w:rPr>
        <w:t xml:space="preserve">, при Казахском национальном педагогическом университете имени Абая состоится защита диссертации </w:t>
      </w:r>
      <w:r w:rsidR="00D46FEA" w:rsidRPr="004F6B35">
        <w:rPr>
          <w:rFonts w:cs="Times New Roman"/>
          <w:noProof/>
          <w:szCs w:val="24"/>
          <w:lang w:val="ru-RU"/>
        </w:rPr>
        <w:t xml:space="preserve">по образовательной программе «8D01601 – История» </w:t>
      </w:r>
      <w:r w:rsidRPr="004F6B35">
        <w:rPr>
          <w:rFonts w:cs="Times New Roman"/>
          <w:noProof/>
          <w:szCs w:val="24"/>
          <w:lang w:val="ru-RU"/>
        </w:rPr>
        <w:t>докторанта Мухаметкалиевой Карлыги Бериковны на тему: «История просвещения и образования в Семипалатинской губернии в 1920-е годы: содержание и методика преподавания в школе».</w:t>
      </w:r>
      <w:r w:rsidR="004F6B35">
        <w:rPr>
          <w:rFonts w:cs="Times New Roman"/>
          <w:noProof/>
          <w:szCs w:val="24"/>
          <w:lang w:val="ru-RU"/>
        </w:rPr>
        <w:t xml:space="preserve"> </w:t>
      </w:r>
      <w:r w:rsidR="00792084">
        <w:rPr>
          <w:rFonts w:cs="Times New Roman"/>
          <w:noProof/>
          <w:szCs w:val="24"/>
          <w:lang w:val="ru-RU"/>
        </w:rPr>
        <w:t xml:space="preserve"> </w:t>
      </w:r>
      <w:r w:rsidR="00DD4224">
        <w:rPr>
          <w:rFonts w:cs="Times New Roman"/>
          <w:noProof/>
          <w:szCs w:val="24"/>
          <w:lang w:val="ru-RU"/>
        </w:rPr>
        <w:t xml:space="preserve"> </w:t>
      </w:r>
    </w:p>
    <w:p w14:paraId="335335CB" w14:textId="77777777" w:rsidR="004F6B35" w:rsidRPr="00D97BA2" w:rsidRDefault="004F6B35" w:rsidP="004F6B35">
      <w:pPr>
        <w:spacing w:after="0" w:line="240" w:lineRule="auto"/>
        <w:jc w:val="both"/>
        <w:rPr>
          <w:rFonts w:cs="Times New Roman"/>
          <w:noProof/>
          <w:sz w:val="14"/>
          <w:szCs w:val="14"/>
          <w:lang w:val="ru-RU"/>
        </w:rPr>
      </w:pPr>
    </w:p>
    <w:p w14:paraId="5E650CD0" w14:textId="64D0A4E8" w:rsidR="00D43BE5" w:rsidRPr="004F6B35" w:rsidRDefault="00000000" w:rsidP="004F6B35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noProof/>
          <w:szCs w:val="24"/>
          <w:lang w:val="ru-RU"/>
        </w:rPr>
        <w:t>Диссертация выполнена на базе Университета Шакарима.</w:t>
      </w:r>
    </w:p>
    <w:p w14:paraId="65A96406" w14:textId="77777777" w:rsidR="00D43BE5" w:rsidRPr="004F6B35" w:rsidRDefault="00000000" w:rsidP="004F6B35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noProof/>
          <w:szCs w:val="24"/>
          <w:lang w:val="ru-RU"/>
        </w:rPr>
        <w:t>Вид защиты – диссертация. Язык защиты – казахский.</w:t>
      </w:r>
    </w:p>
    <w:p w14:paraId="29C30EDC" w14:textId="77777777" w:rsidR="004F6B35" w:rsidRPr="00D97BA2" w:rsidRDefault="004F6B35" w:rsidP="004F6B35">
      <w:pPr>
        <w:spacing w:after="0" w:line="240" w:lineRule="auto"/>
        <w:jc w:val="both"/>
        <w:rPr>
          <w:rFonts w:cs="Times New Roman"/>
          <w:b/>
          <w:noProof/>
          <w:sz w:val="14"/>
          <w:szCs w:val="14"/>
          <w:lang w:val="ru-RU"/>
        </w:rPr>
      </w:pPr>
    </w:p>
    <w:p w14:paraId="2E6F1991" w14:textId="1A437A99" w:rsidR="00D43BE5" w:rsidRPr="004F6B35" w:rsidRDefault="00000000" w:rsidP="004F6B35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b/>
          <w:noProof/>
          <w:szCs w:val="24"/>
          <w:lang w:val="ru-RU"/>
        </w:rPr>
        <w:t>НАУЧНЫЕ КОНСУЛЬТАНТЫ:</w:t>
      </w:r>
    </w:p>
    <w:p w14:paraId="77348BEA" w14:textId="4C7A4DD2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EA33A6">
        <w:rPr>
          <w:rFonts w:cs="Times New Roman"/>
          <w:b/>
          <w:bCs/>
          <w:noProof/>
          <w:szCs w:val="24"/>
          <w:lang w:val="ru-RU"/>
        </w:rPr>
        <w:t>Атантаева Бакыт Жумагазиевна</w:t>
      </w:r>
      <w:r w:rsidRPr="004F6B35">
        <w:rPr>
          <w:rFonts w:cs="Times New Roman"/>
          <w:noProof/>
          <w:szCs w:val="24"/>
          <w:lang w:val="ru-RU"/>
        </w:rPr>
        <w:t xml:space="preserve"> – доктор исторических наук, профессор, </w:t>
      </w:r>
      <w:r w:rsidR="00EA33A6">
        <w:rPr>
          <w:rFonts w:cs="Times New Roman"/>
          <w:noProof/>
          <w:szCs w:val="24"/>
          <w:lang w:val="ru-RU"/>
        </w:rPr>
        <w:t>у</w:t>
      </w:r>
      <w:r w:rsidRPr="004F6B35">
        <w:rPr>
          <w:rFonts w:cs="Times New Roman"/>
          <w:noProof/>
          <w:szCs w:val="24"/>
          <w:lang w:val="ru-RU"/>
        </w:rPr>
        <w:t>ниверситет Шакарима (г. Семей, Казахстан);</w:t>
      </w:r>
    </w:p>
    <w:p w14:paraId="35E891B6" w14:textId="77777777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EA33A6">
        <w:rPr>
          <w:rFonts w:cs="Times New Roman"/>
          <w:b/>
          <w:bCs/>
          <w:noProof/>
          <w:szCs w:val="24"/>
          <w:lang w:val="ru-RU"/>
        </w:rPr>
        <w:t>Берикханова Айман Еженхановна</w:t>
      </w:r>
      <w:r w:rsidRPr="004F6B35">
        <w:rPr>
          <w:rFonts w:cs="Times New Roman"/>
          <w:noProof/>
          <w:szCs w:val="24"/>
          <w:lang w:val="ru-RU"/>
        </w:rPr>
        <w:t xml:space="preserve"> – кандидат педагогических наук, профессор, Казахский национальный педагогический университет имени Абая (г. Алматы, Казахстан);</w:t>
      </w:r>
    </w:p>
    <w:p w14:paraId="2B1DF644" w14:textId="0B0849C8" w:rsidR="00EE7D87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EA33A6">
        <w:rPr>
          <w:rFonts w:cs="Times New Roman"/>
          <w:b/>
          <w:bCs/>
          <w:noProof/>
          <w:szCs w:val="24"/>
          <w:lang w:val="ru-RU"/>
        </w:rPr>
        <w:t>Щеглова Татьяна Кирилловна</w:t>
      </w:r>
      <w:r w:rsidRPr="004F6B35">
        <w:rPr>
          <w:rFonts w:cs="Times New Roman"/>
          <w:noProof/>
          <w:szCs w:val="24"/>
          <w:lang w:val="ru-RU"/>
        </w:rPr>
        <w:t xml:space="preserve"> – доктор исторических наук, профессор, Алтайский государственный педагогический университет (г. Барнаул, Росси</w:t>
      </w:r>
      <w:r w:rsidR="001D732D" w:rsidRPr="004F6B35">
        <w:rPr>
          <w:rFonts w:cs="Times New Roman"/>
          <w:noProof/>
          <w:szCs w:val="24"/>
          <w:lang w:val="ru-RU"/>
        </w:rPr>
        <w:t>я</w:t>
      </w:r>
      <w:r w:rsidRPr="004F6B35">
        <w:rPr>
          <w:rFonts w:cs="Times New Roman"/>
          <w:noProof/>
          <w:szCs w:val="24"/>
          <w:lang w:val="ru-RU"/>
        </w:rPr>
        <w:t>).</w:t>
      </w:r>
      <w:r w:rsidR="00EA33A6">
        <w:rPr>
          <w:rFonts w:cs="Times New Roman"/>
          <w:noProof/>
          <w:szCs w:val="24"/>
          <w:lang w:val="ru-RU"/>
        </w:rPr>
        <w:t xml:space="preserve"> </w:t>
      </w:r>
    </w:p>
    <w:p w14:paraId="70AFB741" w14:textId="77777777" w:rsidR="00EA33A6" w:rsidRPr="00D97BA2" w:rsidRDefault="00EA33A6" w:rsidP="00EA33A6">
      <w:pPr>
        <w:spacing w:after="0" w:line="240" w:lineRule="auto"/>
        <w:jc w:val="both"/>
        <w:rPr>
          <w:rFonts w:cs="Times New Roman"/>
          <w:b/>
          <w:noProof/>
          <w:sz w:val="16"/>
          <w:szCs w:val="16"/>
          <w:lang w:val="ru-RU"/>
        </w:rPr>
      </w:pPr>
    </w:p>
    <w:p w14:paraId="1FB2CAF5" w14:textId="628DB042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b/>
          <w:noProof/>
          <w:szCs w:val="24"/>
          <w:lang w:val="ru-RU"/>
        </w:rPr>
        <w:t>ВРЕМЕННЫЕ ЧЛЕНЫ ДИССЕРТАЦИОННОГО СОВЕТА:</w:t>
      </w:r>
    </w:p>
    <w:p w14:paraId="2920EA9A" w14:textId="77777777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161B99">
        <w:rPr>
          <w:rFonts w:cs="Times New Roman"/>
          <w:b/>
          <w:bCs/>
          <w:noProof/>
          <w:szCs w:val="24"/>
          <w:lang w:val="ru-RU"/>
        </w:rPr>
        <w:t>Кенжебаев Габит Капезович</w:t>
      </w:r>
      <w:r w:rsidRPr="004F6B35">
        <w:rPr>
          <w:rFonts w:cs="Times New Roman"/>
          <w:noProof/>
          <w:szCs w:val="24"/>
          <w:lang w:val="ru-RU"/>
        </w:rPr>
        <w:t xml:space="preserve"> – доктор исторических наук, профессор, академик НАН РК, Казахский национальный педагогический университет имени Абая (г. Алматы, Казахстан);</w:t>
      </w:r>
    </w:p>
    <w:p w14:paraId="6ED4E85D" w14:textId="442CF541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161B99">
        <w:rPr>
          <w:rFonts w:cs="Times New Roman"/>
          <w:b/>
          <w:bCs/>
          <w:noProof/>
          <w:szCs w:val="24"/>
          <w:lang w:val="ru-RU"/>
        </w:rPr>
        <w:t>Исаев Мухтар Сеитханулы</w:t>
      </w:r>
      <w:r w:rsidRPr="004F6B35">
        <w:rPr>
          <w:rFonts w:cs="Times New Roman"/>
          <w:noProof/>
          <w:szCs w:val="24"/>
          <w:lang w:val="ru-RU"/>
        </w:rPr>
        <w:t xml:space="preserve"> – PhD, и</w:t>
      </w:r>
      <w:r w:rsidR="00D46FEA" w:rsidRPr="004F6B35">
        <w:rPr>
          <w:rFonts w:cs="Times New Roman"/>
          <w:noProof/>
          <w:szCs w:val="24"/>
          <w:lang w:val="ru-RU"/>
        </w:rPr>
        <w:t xml:space="preserve">.о. </w:t>
      </w:r>
      <w:r w:rsidRPr="004F6B35">
        <w:rPr>
          <w:rFonts w:cs="Times New Roman"/>
          <w:noProof/>
          <w:szCs w:val="24"/>
          <w:lang w:val="ru-RU"/>
        </w:rPr>
        <w:t>доцента, Международный казахско-турецкий университет имени Ходжи Ахмеда Ясави (г. Туркестан, Казахстан);</w:t>
      </w:r>
    </w:p>
    <w:p w14:paraId="3E636340" w14:textId="41DFEA60" w:rsidR="00EE7D87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161B99">
        <w:rPr>
          <w:rFonts w:cs="Times New Roman"/>
          <w:b/>
          <w:bCs/>
          <w:noProof/>
          <w:szCs w:val="24"/>
          <w:lang w:val="ru-RU"/>
        </w:rPr>
        <w:t>Токтамысов Сакен Жаугаштович</w:t>
      </w:r>
      <w:r w:rsidRPr="004F6B35">
        <w:rPr>
          <w:rFonts w:cs="Times New Roman"/>
          <w:noProof/>
          <w:szCs w:val="24"/>
          <w:lang w:val="ru-RU"/>
        </w:rPr>
        <w:t xml:space="preserve"> – кандидат исторических наук, доцент, Российский университет дружбы народов имени Патриса Лумумбы (РУДН) (г. Москва, Росси</w:t>
      </w:r>
      <w:r w:rsidR="00BA04D8" w:rsidRPr="004F6B35">
        <w:rPr>
          <w:rFonts w:cs="Times New Roman"/>
          <w:noProof/>
          <w:szCs w:val="24"/>
          <w:lang w:val="ru-RU"/>
        </w:rPr>
        <w:t>я</w:t>
      </w:r>
      <w:r w:rsidRPr="004F6B35">
        <w:rPr>
          <w:rFonts w:cs="Times New Roman"/>
          <w:noProof/>
          <w:szCs w:val="24"/>
          <w:lang w:val="ru-RU"/>
        </w:rPr>
        <w:t>).</w:t>
      </w:r>
    </w:p>
    <w:p w14:paraId="0DAE7133" w14:textId="77777777" w:rsidR="00EA33A6" w:rsidRPr="00D97BA2" w:rsidRDefault="00EA33A6" w:rsidP="00EA33A6">
      <w:pPr>
        <w:spacing w:after="0" w:line="240" w:lineRule="auto"/>
        <w:jc w:val="both"/>
        <w:rPr>
          <w:rFonts w:cs="Times New Roman"/>
          <w:b/>
          <w:noProof/>
          <w:sz w:val="18"/>
          <w:szCs w:val="18"/>
          <w:lang w:val="ru-RU"/>
        </w:rPr>
      </w:pPr>
    </w:p>
    <w:p w14:paraId="3EC84397" w14:textId="20162C4E" w:rsidR="00D43BE5" w:rsidRPr="004F6B35" w:rsidRDefault="00000000" w:rsidP="00EA33A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4F6B35">
        <w:rPr>
          <w:rFonts w:cs="Times New Roman"/>
          <w:b/>
          <w:noProof/>
          <w:szCs w:val="24"/>
          <w:lang w:val="ru-RU"/>
        </w:rPr>
        <w:t>ОФИЦИАЛЬНЫЕ РЕЦЕНЗЕНТЫ:</w:t>
      </w:r>
    </w:p>
    <w:p w14:paraId="23D5CE66" w14:textId="31DE41DB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Абикенова Гульжазира Естаевна</w:t>
      </w:r>
      <w:r w:rsidRPr="004F6B35">
        <w:rPr>
          <w:rFonts w:cs="Times New Roman"/>
          <w:noProof/>
          <w:szCs w:val="24"/>
          <w:lang w:val="ru-RU"/>
        </w:rPr>
        <w:t xml:space="preserve"> – кандидат исторических наук, ассоциированный профессор, Казахский национальный университет имени аль-Фараби (г. Алматы, Казахстан);</w:t>
      </w:r>
    </w:p>
    <w:p w14:paraId="5C5BF106" w14:textId="109EF5EF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Батырбекқызы Гауһар</w:t>
      </w:r>
      <w:r w:rsidRPr="004F6B35">
        <w:rPr>
          <w:rFonts w:cs="Times New Roman"/>
          <w:noProof/>
          <w:szCs w:val="24"/>
          <w:lang w:val="ru-RU"/>
        </w:rPr>
        <w:t xml:space="preserve"> – PhD, </w:t>
      </w:r>
      <w:r w:rsidR="004D0F9B" w:rsidRPr="004F6B35">
        <w:rPr>
          <w:rFonts w:cs="Times New Roman"/>
          <w:noProof/>
          <w:szCs w:val="24"/>
          <w:lang w:val="ru-RU"/>
        </w:rPr>
        <w:t xml:space="preserve">и.о. </w:t>
      </w:r>
      <w:r w:rsidRPr="004F6B35">
        <w:rPr>
          <w:rFonts w:cs="Times New Roman"/>
          <w:noProof/>
          <w:szCs w:val="24"/>
          <w:lang w:val="ru-RU"/>
        </w:rPr>
        <w:t>профессор</w:t>
      </w:r>
      <w:r w:rsidR="004D0F9B" w:rsidRPr="004F6B35">
        <w:rPr>
          <w:rFonts w:cs="Times New Roman"/>
          <w:noProof/>
          <w:szCs w:val="24"/>
          <w:lang w:val="ru-RU"/>
        </w:rPr>
        <w:t>а</w:t>
      </w:r>
      <w:r w:rsidRPr="004F6B35">
        <w:rPr>
          <w:rFonts w:cs="Times New Roman"/>
          <w:noProof/>
          <w:szCs w:val="24"/>
          <w:lang w:val="ru-RU"/>
        </w:rPr>
        <w:t xml:space="preserve">, </w:t>
      </w:r>
      <w:r w:rsidR="006C11A2" w:rsidRPr="004F6B35">
        <w:rPr>
          <w:rFonts w:cs="Times New Roman"/>
          <w:noProof/>
          <w:szCs w:val="24"/>
          <w:lang w:val="ru-RU"/>
        </w:rPr>
        <w:t xml:space="preserve">Южно-Казахстанский исследовательский университет имени Мухтара Ауэзова </w:t>
      </w:r>
      <w:r w:rsidRPr="004F6B35">
        <w:rPr>
          <w:rFonts w:cs="Times New Roman"/>
          <w:noProof/>
          <w:szCs w:val="24"/>
          <w:lang w:val="ru-RU"/>
        </w:rPr>
        <w:t>(г. Шымкент, Казахстан).</w:t>
      </w:r>
    </w:p>
    <w:p w14:paraId="0906866B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noProof/>
          <w:sz w:val="16"/>
          <w:szCs w:val="16"/>
          <w:lang w:val="ru-RU"/>
        </w:rPr>
      </w:pPr>
    </w:p>
    <w:p w14:paraId="4E3A6871" w14:textId="367386C8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Защита состоится 17 ноября 2026 года в 10:00</w:t>
      </w:r>
      <w:r w:rsidRPr="004F6B35">
        <w:rPr>
          <w:rFonts w:cs="Times New Roman"/>
          <w:noProof/>
          <w:szCs w:val="24"/>
          <w:lang w:val="ru-RU"/>
        </w:rPr>
        <w:t xml:space="preserve"> в Казахском национальном педагогическом университете имени Абая.</w:t>
      </w:r>
    </w:p>
    <w:p w14:paraId="31C59B28" w14:textId="77969C4B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Адрес:</w:t>
      </w:r>
      <w:r w:rsidRPr="004F6B35">
        <w:rPr>
          <w:rFonts w:cs="Times New Roman"/>
          <w:noProof/>
          <w:szCs w:val="24"/>
          <w:lang w:val="ru-RU"/>
        </w:rPr>
        <w:t xml:space="preserve"> 050010, г. Алматы, ул. Достык, 13 (3 этаж, кабинет 3</w:t>
      </w:r>
      <w:r w:rsidR="00B300FD" w:rsidRPr="004F6B35">
        <w:rPr>
          <w:rFonts w:cs="Times New Roman"/>
          <w:noProof/>
          <w:szCs w:val="24"/>
          <w:lang w:val="ru-RU"/>
        </w:rPr>
        <w:t>2</w:t>
      </w:r>
      <w:r w:rsidRPr="004F6B35">
        <w:rPr>
          <w:rFonts w:cs="Times New Roman"/>
          <w:noProof/>
          <w:szCs w:val="24"/>
          <w:lang w:val="ru-RU"/>
        </w:rPr>
        <w:t>3).</w:t>
      </w:r>
    </w:p>
    <w:p w14:paraId="7737F127" w14:textId="77777777" w:rsidR="00437DE6" w:rsidRDefault="00000000" w:rsidP="00D97BA2">
      <w:pPr>
        <w:spacing w:after="0" w:line="240" w:lineRule="auto"/>
        <w:jc w:val="both"/>
        <w:rPr>
          <w:b/>
          <w:bCs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Сайт:</w:t>
      </w:r>
      <w:r w:rsidRPr="004F6B35">
        <w:rPr>
          <w:rFonts w:cs="Times New Roman"/>
          <w:noProof/>
          <w:szCs w:val="24"/>
          <w:lang w:val="ru-RU"/>
        </w:rPr>
        <w:t xml:space="preserve"> </w:t>
      </w:r>
      <w:r w:rsidR="00437DE6" w:rsidRPr="00437DE6">
        <w:rPr>
          <w:color w:val="0070C0"/>
        </w:rPr>
        <w:t>https</w:t>
      </w:r>
      <w:r w:rsidR="00437DE6" w:rsidRPr="00437DE6">
        <w:rPr>
          <w:color w:val="0070C0"/>
          <w:lang w:val="ru-RU"/>
        </w:rPr>
        <w:t>://</w:t>
      </w:r>
      <w:proofErr w:type="spellStart"/>
      <w:r w:rsidR="00437DE6" w:rsidRPr="00437DE6">
        <w:rPr>
          <w:color w:val="0070C0"/>
        </w:rPr>
        <w:t>abai</w:t>
      </w:r>
      <w:proofErr w:type="spellEnd"/>
      <w:r w:rsidR="00437DE6" w:rsidRPr="00437DE6">
        <w:rPr>
          <w:color w:val="0070C0"/>
          <w:lang w:val="ru-RU"/>
        </w:rPr>
        <w:t>.</w:t>
      </w:r>
      <w:r w:rsidR="00437DE6" w:rsidRPr="00437DE6">
        <w:rPr>
          <w:color w:val="0070C0"/>
        </w:rPr>
        <w:t>university</w:t>
      </w:r>
      <w:r w:rsidR="00437DE6" w:rsidRPr="00437DE6">
        <w:rPr>
          <w:b/>
          <w:bCs/>
          <w:color w:val="0070C0"/>
          <w:lang w:val="ru-RU"/>
        </w:rPr>
        <w:t xml:space="preserve"> </w:t>
      </w:r>
    </w:p>
    <w:p w14:paraId="57B64EE9" w14:textId="6FE31F62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Контактный телефон:</w:t>
      </w:r>
      <w:r w:rsidRPr="004F6B35">
        <w:rPr>
          <w:rFonts w:cs="Times New Roman"/>
          <w:noProof/>
          <w:szCs w:val="24"/>
          <w:lang w:val="ru-RU"/>
        </w:rPr>
        <w:t xml:space="preserve"> </w:t>
      </w:r>
      <w:r w:rsidR="00D46FEA" w:rsidRPr="004F6B35">
        <w:rPr>
          <w:rFonts w:cs="Times New Roman"/>
          <w:noProof/>
          <w:szCs w:val="24"/>
          <w:lang w:val="ru-RU"/>
        </w:rPr>
        <w:t>+7 778 222 20 84</w:t>
      </w:r>
    </w:p>
    <w:p w14:paraId="07FE1BD6" w14:textId="0A3AD652" w:rsidR="00D43BE5" w:rsidRPr="003C6173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3C6173">
        <w:rPr>
          <w:rFonts w:cs="Times New Roman"/>
          <w:b/>
          <w:bCs/>
          <w:noProof/>
          <w:szCs w:val="24"/>
        </w:rPr>
        <w:t>Zoom:</w:t>
      </w:r>
      <w:r w:rsidRPr="003C6173">
        <w:rPr>
          <w:rFonts w:cs="Times New Roman"/>
          <w:noProof/>
          <w:szCs w:val="24"/>
        </w:rPr>
        <w:t xml:space="preserve"> </w:t>
      </w:r>
      <w:hyperlink r:id="rId8" w:history="1">
        <w:r w:rsidR="00AF1835" w:rsidRPr="003C6173">
          <w:rPr>
            <w:rStyle w:val="aff8"/>
            <w:rFonts w:cs="Times New Roman"/>
            <w:noProof/>
            <w:szCs w:val="24"/>
          </w:rPr>
          <w:t>https://zoom.us/j/99304971050?pwd=gyraEPIPHxiuEv3R8ztlcBLfHM5ivY.1</w:t>
        </w:r>
      </w:hyperlink>
      <w:r w:rsidR="00AF1835" w:rsidRPr="003C6173">
        <w:rPr>
          <w:rFonts w:cs="Times New Roman"/>
          <w:noProof/>
          <w:szCs w:val="24"/>
        </w:rPr>
        <w:t xml:space="preserve"> </w:t>
      </w:r>
    </w:p>
    <w:p w14:paraId="3A7E9664" w14:textId="3C32AE4B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Идентификатор:</w:t>
      </w:r>
      <w:r w:rsidRPr="004F6B35">
        <w:rPr>
          <w:rFonts w:cs="Times New Roman"/>
          <w:noProof/>
          <w:szCs w:val="24"/>
          <w:lang w:val="ru-RU"/>
        </w:rPr>
        <w:t xml:space="preserve"> </w:t>
      </w:r>
      <w:r w:rsidR="00AF1835" w:rsidRPr="004F6B35">
        <w:rPr>
          <w:rFonts w:cs="Times New Roman"/>
          <w:noProof/>
          <w:color w:val="000000"/>
          <w:szCs w:val="24"/>
          <w:shd w:val="clear" w:color="auto" w:fill="FFFFFF"/>
          <w:lang w:val="ru-RU"/>
        </w:rPr>
        <w:t>993 0497 1050</w:t>
      </w:r>
    </w:p>
    <w:p w14:paraId="255C5644" w14:textId="178A9C67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Код:</w:t>
      </w:r>
      <w:r w:rsidR="00AF1835" w:rsidRPr="004F6B35">
        <w:rPr>
          <w:rFonts w:cs="Times New Roman"/>
          <w:noProof/>
          <w:color w:val="000000"/>
          <w:szCs w:val="24"/>
          <w:shd w:val="clear" w:color="auto" w:fill="FFFFFF"/>
          <w:lang w:val="ru-RU"/>
        </w:rPr>
        <w:t xml:space="preserve"> </w:t>
      </w:r>
      <w:r w:rsidR="00AF1835" w:rsidRPr="004F6B35">
        <w:rPr>
          <w:rStyle w:val="apple-converted-space"/>
          <w:rFonts w:cs="Times New Roman"/>
          <w:noProof/>
          <w:color w:val="000000"/>
          <w:szCs w:val="24"/>
          <w:shd w:val="clear" w:color="auto" w:fill="FFFFFF"/>
          <w:lang w:val="ru-RU"/>
        </w:rPr>
        <w:t> </w:t>
      </w:r>
      <w:r w:rsidR="00AF1835" w:rsidRPr="004F6B35">
        <w:rPr>
          <w:rFonts w:cs="Times New Roman"/>
          <w:noProof/>
          <w:color w:val="000000"/>
          <w:szCs w:val="24"/>
          <w:shd w:val="clear" w:color="auto" w:fill="FFFFFF"/>
          <w:lang w:val="ru-RU"/>
        </w:rPr>
        <w:t>1234</w:t>
      </w:r>
    </w:p>
    <w:p w14:paraId="626643AC" w14:textId="7FDAF1B4" w:rsidR="00D43BE5" w:rsidRPr="004F6B35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YouTube:</w:t>
      </w:r>
      <w:r w:rsidR="00D46FEA" w:rsidRPr="004F6B35">
        <w:rPr>
          <w:rFonts w:cs="Times New Roman"/>
          <w:noProof/>
          <w:szCs w:val="24"/>
          <w:lang w:val="ru-RU"/>
        </w:rPr>
        <w:t xml:space="preserve"> </w:t>
      </w:r>
      <w:hyperlink r:id="rId9" w:history="1">
        <w:r w:rsidR="00D46FEA" w:rsidRPr="004F6B35">
          <w:rPr>
            <w:rStyle w:val="aff8"/>
            <w:rFonts w:cs="Times New Roman"/>
            <w:noProof/>
            <w:szCs w:val="24"/>
            <w:lang w:val="ru-RU"/>
          </w:rPr>
          <w:t>https://www.youtube.com/@abaiuniversity1928</w:t>
        </w:r>
      </w:hyperlink>
      <w:r w:rsidR="00D46FEA" w:rsidRPr="004F6B35">
        <w:rPr>
          <w:rFonts w:cs="Times New Roman"/>
          <w:noProof/>
          <w:szCs w:val="24"/>
          <w:lang w:val="ru-RU"/>
        </w:rPr>
        <w:t xml:space="preserve"> </w:t>
      </w:r>
    </w:p>
    <w:p w14:paraId="70400EB9" w14:textId="77777777" w:rsidR="002132B7" w:rsidRPr="00D97BA2" w:rsidRDefault="002132B7" w:rsidP="00D97BA2">
      <w:pPr>
        <w:spacing w:after="0" w:line="240" w:lineRule="auto"/>
        <w:jc w:val="both"/>
        <w:rPr>
          <w:rFonts w:cs="Times New Roman"/>
          <w:b/>
          <w:sz w:val="18"/>
          <w:szCs w:val="18"/>
          <w:lang w:val="kk-KZ"/>
        </w:rPr>
      </w:pPr>
    </w:p>
    <w:p w14:paraId="4380D1F0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Временные члены диссертационного совета</w:t>
      </w:r>
    </w:p>
    <w:p w14:paraId="4002BBEE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Официальные рецензенты</w:t>
      </w:r>
    </w:p>
    <w:p w14:paraId="43F067D6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Заключение Этической комиссии</w:t>
      </w:r>
    </w:p>
    <w:p w14:paraId="78CC566E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Аннотация</w:t>
      </w:r>
    </w:p>
    <w:p w14:paraId="521CA40F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Список научных трудов</w:t>
      </w:r>
    </w:p>
    <w:p w14:paraId="2FCEB515" w14:textId="77777777" w:rsidR="00D97BA2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Видеороликс защиты диссертации</w:t>
      </w:r>
    </w:p>
    <w:p w14:paraId="7F3A5255" w14:textId="00FBE9F2" w:rsidR="004F6B35" w:rsidRPr="00D97BA2" w:rsidRDefault="00D97BA2" w:rsidP="00D97BA2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Приказ о присуждении степени доктора философии PhD</w:t>
      </w:r>
    </w:p>
    <w:p w14:paraId="799C5E55" w14:textId="77777777" w:rsidR="00D97BA2" w:rsidRPr="00D97BA2" w:rsidRDefault="00000000" w:rsidP="00D97BA2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</w:rPr>
      </w:pPr>
      <w:r w:rsidRPr="00D97BA2">
        <w:rPr>
          <w:rFonts w:cs="Times New Roman"/>
          <w:b/>
          <w:noProof/>
          <w:szCs w:val="24"/>
        </w:rPr>
        <w:lastRenderedPageBreak/>
        <w:t>Announcement on the defense of the dissertation of K</w:t>
      </w:r>
      <w:r w:rsidR="00D97BA2" w:rsidRPr="00D97BA2">
        <w:rPr>
          <w:rFonts w:cs="Times New Roman"/>
          <w:b/>
          <w:noProof/>
          <w:szCs w:val="24"/>
        </w:rPr>
        <w:t>.</w:t>
      </w:r>
      <w:r w:rsidRPr="00D97BA2">
        <w:rPr>
          <w:rFonts w:cs="Times New Roman"/>
          <w:b/>
          <w:noProof/>
          <w:szCs w:val="24"/>
        </w:rPr>
        <w:t xml:space="preserve"> Mukhametkaliyeva </w:t>
      </w:r>
    </w:p>
    <w:p w14:paraId="1BF2A0A1" w14:textId="1BADE7A5" w:rsidR="00D43BE5" w:rsidRPr="00D97BA2" w:rsidRDefault="00000000" w:rsidP="00D97BA2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</w:rPr>
      </w:pPr>
      <w:r w:rsidRPr="00D97BA2">
        <w:rPr>
          <w:rFonts w:cs="Times New Roman"/>
          <w:b/>
          <w:noProof/>
          <w:szCs w:val="24"/>
        </w:rPr>
        <w:t>for the Doctor of Philosophy (PhD) degree</w:t>
      </w:r>
    </w:p>
    <w:p w14:paraId="5A0DA69A" w14:textId="77777777" w:rsidR="00D97BA2" w:rsidRPr="00D97BA2" w:rsidRDefault="00D97BA2" w:rsidP="00D97BA2">
      <w:pPr>
        <w:spacing w:after="0" w:line="240" w:lineRule="auto"/>
        <w:ind w:firstLine="567"/>
        <w:jc w:val="center"/>
        <w:rPr>
          <w:rFonts w:cs="Times New Roman"/>
          <w:noProof/>
          <w:szCs w:val="24"/>
        </w:rPr>
      </w:pPr>
    </w:p>
    <w:p w14:paraId="50E3C3C4" w14:textId="7F141670" w:rsid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D97BA2">
        <w:rPr>
          <w:rFonts w:cs="Times New Roman"/>
          <w:noProof/>
          <w:szCs w:val="24"/>
        </w:rPr>
        <w:t xml:space="preserve">In the dissertation council for the defense of dissertations for the award of the Doctor of Philosophy (PhD) degree in the direction </w:t>
      </w:r>
      <w:r w:rsidR="003C6173" w:rsidRPr="003C6173">
        <w:rPr>
          <w:rFonts w:cs="Times New Roman"/>
          <w:noProof/>
          <w:szCs w:val="24"/>
        </w:rPr>
        <w:t>8D016 – Training of teachers in Humanitarian subjects (6D011400/8D01601 – History), 8D022 – Humanities  is available (6D011400/8D01601 – History)</w:t>
      </w:r>
      <w:r w:rsidRPr="00D97BA2">
        <w:rPr>
          <w:rFonts w:cs="Times New Roman"/>
          <w:noProof/>
          <w:szCs w:val="24"/>
        </w:rPr>
        <w:t xml:space="preserve"> at Abai Kazakh National Pedagogical University, the dissertation of doctoral student Karlyga Berikovna Mukhametkaliyeva under the educational program “8D01601 – History” on the topic “The history of enlightenment and education in the Semipalatinsk Governorate in the 1920s: content and school teaching methodology” will be defended.</w:t>
      </w:r>
    </w:p>
    <w:p w14:paraId="6469EA62" w14:textId="77777777" w:rsidR="00D97BA2" w:rsidRDefault="00D97BA2" w:rsidP="00D97BA2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</w:p>
    <w:p w14:paraId="62D738A2" w14:textId="4CDA0E78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97BA2">
        <w:rPr>
          <w:rFonts w:cs="Times New Roman"/>
          <w:noProof/>
          <w:szCs w:val="24"/>
        </w:rPr>
        <w:t>The dissertation was completed at Shakarim University.</w:t>
      </w:r>
    </w:p>
    <w:p w14:paraId="7FEF82C8" w14:textId="18F903E6" w:rsidR="00EE7D87" w:rsidRPr="003C6173" w:rsidRDefault="00000000" w:rsidP="00D97BA2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D97BA2">
        <w:rPr>
          <w:rFonts w:cs="Times New Roman"/>
          <w:noProof/>
          <w:szCs w:val="24"/>
        </w:rPr>
        <w:t>Form of defense – dissertation. Language of defense – Kazakh.</w:t>
      </w:r>
      <w:r w:rsidR="003C6173">
        <w:rPr>
          <w:rFonts w:cs="Times New Roman"/>
          <w:noProof/>
          <w:szCs w:val="24"/>
          <w:lang w:val="kk-KZ"/>
        </w:rPr>
        <w:t xml:space="preserve"> </w:t>
      </w:r>
      <w:r w:rsidR="00241239">
        <w:rPr>
          <w:rFonts w:cs="Times New Roman"/>
          <w:noProof/>
          <w:szCs w:val="24"/>
          <w:lang w:val="kk-KZ"/>
        </w:rPr>
        <w:t xml:space="preserve"> </w:t>
      </w:r>
    </w:p>
    <w:p w14:paraId="440F2DA7" w14:textId="77777777" w:rsidR="00D97BA2" w:rsidRPr="000C31F2" w:rsidRDefault="00D97BA2" w:rsidP="00EE7D87">
      <w:pPr>
        <w:spacing w:after="0" w:line="240" w:lineRule="auto"/>
        <w:ind w:firstLine="567"/>
        <w:jc w:val="both"/>
        <w:rPr>
          <w:rFonts w:cs="Times New Roman"/>
          <w:b/>
          <w:noProof/>
          <w:sz w:val="18"/>
          <w:szCs w:val="18"/>
          <w:lang w:val="kk-KZ"/>
        </w:rPr>
      </w:pPr>
    </w:p>
    <w:p w14:paraId="44ADCDD5" w14:textId="556CA552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97BA2">
        <w:rPr>
          <w:rFonts w:cs="Times New Roman"/>
          <w:b/>
          <w:noProof/>
          <w:szCs w:val="24"/>
        </w:rPr>
        <w:t>SCIENTIFIC CONSULTANTS:</w:t>
      </w:r>
    </w:p>
    <w:p w14:paraId="5ABE2FFB" w14:textId="449CF7F6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Atantayeva Bakyt</w:t>
      </w:r>
      <w:r w:rsidRPr="00D97BA2">
        <w:rPr>
          <w:rFonts w:cs="Times New Roman"/>
          <w:noProof/>
          <w:szCs w:val="24"/>
        </w:rPr>
        <w:t xml:space="preserve"> – Doctor of Historical Sciences, Professor, Shakarim University (Semey, Kazakhstan);</w:t>
      </w:r>
    </w:p>
    <w:p w14:paraId="4D439496" w14:textId="238C8A3D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Berikhanova Aiman</w:t>
      </w:r>
      <w:r w:rsidRPr="00D97BA2">
        <w:rPr>
          <w:rFonts w:cs="Times New Roman"/>
          <w:noProof/>
          <w:szCs w:val="24"/>
        </w:rPr>
        <w:t xml:space="preserve"> – Candidate of Pedagogical Sciences, Professor, Abai Kazakh National Pedagogical University (Almaty, Kazakhstan);</w:t>
      </w:r>
    </w:p>
    <w:p w14:paraId="262E0414" w14:textId="4C9E085D" w:rsidR="006C11A2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Tatyana Shcheglova</w:t>
      </w:r>
      <w:r w:rsidRPr="00D97BA2">
        <w:rPr>
          <w:rFonts w:cs="Times New Roman"/>
          <w:noProof/>
          <w:szCs w:val="24"/>
        </w:rPr>
        <w:t xml:space="preserve"> – Doctor of Historical Sciences, Professor, Altai State Pedagogical University (Barnaul, Russia).</w:t>
      </w:r>
    </w:p>
    <w:p w14:paraId="2AC68F8F" w14:textId="77777777" w:rsidR="00D97BA2" w:rsidRPr="000C31F2" w:rsidRDefault="00D97BA2" w:rsidP="00D97BA2">
      <w:pPr>
        <w:spacing w:after="0" w:line="240" w:lineRule="auto"/>
        <w:jc w:val="both"/>
        <w:rPr>
          <w:rFonts w:cs="Times New Roman"/>
          <w:b/>
          <w:noProof/>
          <w:sz w:val="18"/>
          <w:szCs w:val="18"/>
          <w:lang w:val="kk-KZ"/>
        </w:rPr>
      </w:pPr>
    </w:p>
    <w:p w14:paraId="3204AC2B" w14:textId="4E5194CE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97BA2">
        <w:rPr>
          <w:rFonts w:cs="Times New Roman"/>
          <w:b/>
          <w:noProof/>
          <w:szCs w:val="24"/>
        </w:rPr>
        <w:t>TEMPORARY MEMBERS OF THE DISSERTATION COUNCIL:</w:t>
      </w:r>
    </w:p>
    <w:p w14:paraId="784DCA4E" w14:textId="50852BE8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Kenzhebaev Gabit</w:t>
      </w:r>
      <w:r w:rsidRPr="00D97BA2">
        <w:rPr>
          <w:rFonts w:cs="Times New Roman"/>
          <w:noProof/>
          <w:szCs w:val="24"/>
        </w:rPr>
        <w:t xml:space="preserve"> – Doctor of Historical Sciences, Professor, Academician of the National Academy of Sciences of the Republic of Kazakhstan, Abai Kazakh National Pedagogical University (Almaty, Kazakhstan);</w:t>
      </w:r>
    </w:p>
    <w:p w14:paraId="5B5706A0" w14:textId="07EACF1F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Issayev Mukhtar</w:t>
      </w:r>
      <w:r w:rsidRPr="00D97BA2">
        <w:rPr>
          <w:rFonts w:cs="Times New Roman"/>
          <w:noProof/>
          <w:szCs w:val="24"/>
        </w:rPr>
        <w:t xml:space="preserve"> – PhD, Acting Associate Professor, Khoja Ahmed Yasawi International Kazakh-Turkish University (Turkistan, Kazakhstan);</w:t>
      </w:r>
    </w:p>
    <w:p w14:paraId="6E0CD31F" w14:textId="22BFBBFC" w:rsidR="001D732D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Saken Toktamysov</w:t>
      </w:r>
      <w:r w:rsidRPr="00D97BA2">
        <w:rPr>
          <w:rFonts w:cs="Times New Roman"/>
          <w:noProof/>
          <w:szCs w:val="24"/>
        </w:rPr>
        <w:t xml:space="preserve"> – Candidate of Historical Sciences, Associate Professor, Peoples’ Friendship University of Russia named after Patrice Lumumba (RUDN University) (Moscow, Russia).</w:t>
      </w:r>
    </w:p>
    <w:p w14:paraId="691B6627" w14:textId="77777777" w:rsidR="00D97BA2" w:rsidRPr="000C31F2" w:rsidRDefault="00D97BA2" w:rsidP="00D97BA2">
      <w:pPr>
        <w:spacing w:after="0" w:line="240" w:lineRule="auto"/>
        <w:jc w:val="both"/>
        <w:rPr>
          <w:rFonts w:cs="Times New Roman"/>
          <w:b/>
          <w:noProof/>
          <w:sz w:val="18"/>
          <w:szCs w:val="18"/>
          <w:lang w:val="kk-KZ"/>
        </w:rPr>
      </w:pPr>
    </w:p>
    <w:p w14:paraId="5F1C389C" w14:textId="1E7E29EF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97BA2">
        <w:rPr>
          <w:rFonts w:cs="Times New Roman"/>
          <w:b/>
          <w:noProof/>
          <w:szCs w:val="24"/>
        </w:rPr>
        <w:t>OFFICIAL REVIEWERS:</w:t>
      </w:r>
    </w:p>
    <w:p w14:paraId="58B4980E" w14:textId="20C2277E" w:rsidR="00D43BE5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Gulzhazira Abikenova</w:t>
      </w:r>
      <w:r w:rsidRPr="00D97BA2">
        <w:rPr>
          <w:rFonts w:cs="Times New Roman"/>
          <w:noProof/>
          <w:szCs w:val="24"/>
        </w:rPr>
        <w:t xml:space="preserve"> – Candidate of Historical Sciences, Associate Professor, Al-Farabi Kazakh National University (Almaty, Kazakhstan);</w:t>
      </w:r>
    </w:p>
    <w:p w14:paraId="3539840B" w14:textId="2C1161AE" w:rsidR="001D732D" w:rsidRPr="00D97BA2" w:rsidRDefault="00000000" w:rsidP="00D97BA2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Batyrbekkyzy Gauhar</w:t>
      </w:r>
      <w:r w:rsidRPr="00D97BA2">
        <w:rPr>
          <w:rFonts w:cs="Times New Roman"/>
          <w:noProof/>
          <w:szCs w:val="24"/>
        </w:rPr>
        <w:t xml:space="preserve"> – PhD, </w:t>
      </w:r>
      <w:r w:rsidR="004D0F9B" w:rsidRPr="00D97BA2">
        <w:rPr>
          <w:rFonts w:cs="Times New Roman"/>
          <w:noProof/>
          <w:szCs w:val="24"/>
        </w:rPr>
        <w:t xml:space="preserve">Acting </w:t>
      </w:r>
      <w:r w:rsidRPr="00D97BA2">
        <w:rPr>
          <w:rFonts w:cs="Times New Roman"/>
          <w:noProof/>
          <w:szCs w:val="24"/>
        </w:rPr>
        <w:t>Professor, Mukhtar Auezov South Kazakhstan Research University (Shymkent, Kazakhstan).</w:t>
      </w:r>
    </w:p>
    <w:p w14:paraId="6FF70CBE" w14:textId="77777777" w:rsidR="001D732D" w:rsidRPr="000C31F2" w:rsidRDefault="001D732D" w:rsidP="001D732D">
      <w:pPr>
        <w:spacing w:after="0" w:line="240" w:lineRule="auto"/>
        <w:ind w:firstLine="567"/>
        <w:jc w:val="both"/>
        <w:rPr>
          <w:rFonts w:cs="Times New Roman"/>
          <w:noProof/>
          <w:sz w:val="16"/>
          <w:szCs w:val="16"/>
        </w:rPr>
      </w:pPr>
    </w:p>
    <w:p w14:paraId="0ADDE8A4" w14:textId="39864AF9" w:rsidR="00D43BE5" w:rsidRPr="00D97BA2" w:rsidRDefault="00000000" w:rsidP="000D506A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The defense will take place on November 17, 2026, at 10:00</w:t>
      </w:r>
      <w:r w:rsidRPr="00D97BA2">
        <w:rPr>
          <w:rFonts w:cs="Times New Roman"/>
          <w:noProof/>
          <w:szCs w:val="24"/>
        </w:rPr>
        <w:t xml:space="preserve"> at Abai Kazakh National Pedagogical University.</w:t>
      </w:r>
    </w:p>
    <w:p w14:paraId="7E329F29" w14:textId="070D6B07" w:rsidR="00D43BE5" w:rsidRPr="00D97BA2" w:rsidRDefault="00000000" w:rsidP="000D506A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Address:</w:t>
      </w:r>
      <w:r w:rsidRPr="00D97BA2">
        <w:rPr>
          <w:rFonts w:cs="Times New Roman"/>
          <w:noProof/>
          <w:szCs w:val="24"/>
        </w:rPr>
        <w:t xml:space="preserve"> 050010, Almaty, Dostyk Street 13 (3rd Floor, Room 3</w:t>
      </w:r>
      <w:r w:rsidR="00B300FD" w:rsidRPr="00D97BA2">
        <w:rPr>
          <w:rFonts w:cs="Times New Roman"/>
          <w:noProof/>
          <w:szCs w:val="24"/>
        </w:rPr>
        <w:t>2</w:t>
      </w:r>
      <w:r w:rsidRPr="00D97BA2">
        <w:rPr>
          <w:rFonts w:cs="Times New Roman"/>
          <w:noProof/>
          <w:szCs w:val="24"/>
        </w:rPr>
        <w:t>3).</w:t>
      </w:r>
    </w:p>
    <w:p w14:paraId="7710E1F3" w14:textId="22F3820C" w:rsidR="00D43BE5" w:rsidRPr="00437DE6" w:rsidRDefault="00000000" w:rsidP="000D506A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0D506A">
        <w:rPr>
          <w:rFonts w:cs="Times New Roman"/>
          <w:b/>
          <w:bCs/>
          <w:noProof/>
          <w:szCs w:val="24"/>
        </w:rPr>
        <w:t>Website:</w:t>
      </w:r>
      <w:r w:rsidRPr="00D97BA2">
        <w:rPr>
          <w:rFonts w:cs="Times New Roman"/>
          <w:noProof/>
          <w:szCs w:val="24"/>
        </w:rPr>
        <w:t xml:space="preserve"> </w:t>
      </w:r>
      <w:r w:rsidR="00437DE6" w:rsidRPr="00437DE6">
        <w:rPr>
          <w:color w:val="0070C0"/>
        </w:rPr>
        <w:t>https://abai.university</w:t>
      </w:r>
      <w:r w:rsidR="00BA04D8" w:rsidRPr="00437DE6">
        <w:rPr>
          <w:rFonts w:cs="Times New Roman"/>
          <w:noProof/>
          <w:color w:val="0070C0"/>
          <w:szCs w:val="24"/>
        </w:rPr>
        <w:t xml:space="preserve"> </w:t>
      </w:r>
      <w:r w:rsidR="00437DE6">
        <w:rPr>
          <w:rFonts w:cs="Times New Roman"/>
          <w:noProof/>
          <w:color w:val="0070C0"/>
          <w:szCs w:val="24"/>
          <w:lang w:val="kk-KZ"/>
        </w:rPr>
        <w:t xml:space="preserve"> </w:t>
      </w:r>
    </w:p>
    <w:p w14:paraId="5DB9236F" w14:textId="7498503A" w:rsidR="00D43BE5" w:rsidRPr="00D97BA2" w:rsidRDefault="00000000" w:rsidP="000D506A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Contact phone:</w:t>
      </w:r>
      <w:r w:rsidRPr="00D97BA2">
        <w:rPr>
          <w:rFonts w:cs="Times New Roman"/>
          <w:noProof/>
          <w:szCs w:val="24"/>
        </w:rPr>
        <w:t xml:space="preserve"> </w:t>
      </w:r>
      <w:r w:rsidR="00D46FEA" w:rsidRPr="00D97BA2">
        <w:rPr>
          <w:rFonts w:cs="Times New Roman"/>
          <w:noProof/>
          <w:szCs w:val="24"/>
        </w:rPr>
        <w:t>+7 778 222 20 84</w:t>
      </w:r>
    </w:p>
    <w:p w14:paraId="2291326B" w14:textId="38926467" w:rsidR="00D43BE5" w:rsidRPr="00D97BA2" w:rsidRDefault="00000000" w:rsidP="000D506A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Zoom:</w:t>
      </w:r>
      <w:r w:rsidR="00AF1835" w:rsidRPr="00D97BA2">
        <w:rPr>
          <w:noProof/>
          <w:szCs w:val="24"/>
        </w:rPr>
        <w:t xml:space="preserve"> </w:t>
      </w:r>
      <w:hyperlink r:id="rId10" w:history="1">
        <w:r w:rsidR="00AF1835" w:rsidRPr="00D97BA2">
          <w:rPr>
            <w:rStyle w:val="aff8"/>
            <w:rFonts w:cs="Times New Roman"/>
            <w:noProof/>
            <w:szCs w:val="24"/>
          </w:rPr>
          <w:t>https://zoom.us/j/99304971050?pwd=gyraEPIPHxiuEv3R8ztlcBLfHM5ivY.1</w:t>
        </w:r>
      </w:hyperlink>
      <w:r w:rsidR="00AF1835" w:rsidRPr="00D97BA2">
        <w:rPr>
          <w:rFonts w:cs="Times New Roman"/>
          <w:noProof/>
          <w:szCs w:val="24"/>
        </w:rPr>
        <w:t xml:space="preserve"> </w:t>
      </w:r>
    </w:p>
    <w:p w14:paraId="3747E539" w14:textId="3DAB2916" w:rsidR="00D43BE5" w:rsidRPr="00D97BA2" w:rsidRDefault="00000000" w:rsidP="000D506A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ID:</w:t>
      </w:r>
      <w:r w:rsidRPr="00D97BA2">
        <w:rPr>
          <w:rFonts w:cs="Times New Roman"/>
          <w:noProof/>
          <w:szCs w:val="24"/>
        </w:rPr>
        <w:t xml:space="preserve"> </w:t>
      </w:r>
      <w:r w:rsidR="00AF1835" w:rsidRPr="00D97BA2">
        <w:rPr>
          <w:rFonts w:cs="Times New Roman"/>
          <w:noProof/>
          <w:color w:val="000000"/>
          <w:szCs w:val="24"/>
          <w:shd w:val="clear" w:color="auto" w:fill="FFFFFF"/>
        </w:rPr>
        <w:t>993 0497 1050</w:t>
      </w:r>
    </w:p>
    <w:p w14:paraId="5C3197F1" w14:textId="5371CD83" w:rsidR="00D43BE5" w:rsidRPr="000D506A" w:rsidRDefault="00000000" w:rsidP="000D506A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0D506A">
        <w:rPr>
          <w:rFonts w:cs="Times New Roman"/>
          <w:b/>
          <w:bCs/>
          <w:noProof/>
          <w:szCs w:val="24"/>
        </w:rPr>
        <w:t>Code:</w:t>
      </w:r>
      <w:r w:rsidR="00AF1835" w:rsidRPr="00D97BA2">
        <w:rPr>
          <w:rFonts w:cs="Times New Roman"/>
          <w:noProof/>
          <w:szCs w:val="24"/>
        </w:rPr>
        <w:t xml:space="preserve"> 1234</w:t>
      </w:r>
      <w:r w:rsidR="000D506A">
        <w:rPr>
          <w:rFonts w:cs="Times New Roman"/>
          <w:noProof/>
          <w:szCs w:val="24"/>
          <w:lang w:val="kk-KZ"/>
        </w:rPr>
        <w:t xml:space="preserve"> </w:t>
      </w:r>
    </w:p>
    <w:p w14:paraId="759EE964" w14:textId="03EB7529" w:rsidR="00D43BE5" w:rsidRDefault="00000000" w:rsidP="000D506A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0D506A">
        <w:rPr>
          <w:rFonts w:cs="Times New Roman"/>
          <w:b/>
          <w:bCs/>
          <w:noProof/>
          <w:szCs w:val="24"/>
        </w:rPr>
        <w:t>YouTube:</w:t>
      </w:r>
      <w:r w:rsidR="00D46FEA" w:rsidRPr="00D97BA2">
        <w:rPr>
          <w:rFonts w:cs="Times New Roman"/>
          <w:noProof/>
          <w:szCs w:val="24"/>
        </w:rPr>
        <w:t xml:space="preserve"> </w:t>
      </w:r>
      <w:hyperlink r:id="rId11" w:history="1">
        <w:r w:rsidR="00D46FEA" w:rsidRPr="00D97BA2">
          <w:rPr>
            <w:rStyle w:val="aff8"/>
            <w:rFonts w:cs="Times New Roman"/>
            <w:noProof/>
            <w:szCs w:val="24"/>
          </w:rPr>
          <w:t>https://www.youtube.com/@abaiuniversity1928</w:t>
        </w:r>
      </w:hyperlink>
      <w:r w:rsidR="00D46FEA" w:rsidRPr="00D97BA2">
        <w:rPr>
          <w:rFonts w:cs="Times New Roman"/>
          <w:noProof/>
          <w:szCs w:val="24"/>
        </w:rPr>
        <w:t xml:space="preserve"> </w:t>
      </w:r>
    </w:p>
    <w:p w14:paraId="0502F787" w14:textId="77777777" w:rsidR="000C31F2" w:rsidRPr="000C31F2" w:rsidRDefault="000C31F2" w:rsidP="000D506A">
      <w:pPr>
        <w:spacing w:after="0" w:line="240" w:lineRule="auto"/>
        <w:jc w:val="both"/>
        <w:rPr>
          <w:rFonts w:cs="Times New Roman"/>
          <w:noProof/>
          <w:sz w:val="16"/>
          <w:szCs w:val="16"/>
          <w:lang w:val="kk-KZ"/>
        </w:rPr>
      </w:pPr>
    </w:p>
    <w:p w14:paraId="07845763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Temporary members of the Dissertation Council</w:t>
      </w:r>
    </w:p>
    <w:p w14:paraId="7B1922F0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Official reviewers</w:t>
      </w:r>
    </w:p>
    <w:p w14:paraId="0E5E5750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Conclusion of the Ethics Commission</w:t>
      </w:r>
    </w:p>
    <w:p w14:paraId="544850EF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Abstract</w:t>
      </w:r>
    </w:p>
    <w:p w14:paraId="7555B57E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Publications</w:t>
      </w:r>
    </w:p>
    <w:p w14:paraId="7420865A" w14:textId="77777777" w:rsidR="000C31F2" w:rsidRPr="000C31F2" w:rsidRDefault="000C31F2" w:rsidP="000C31F2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Video taken during the defense of the dissertation</w:t>
      </w:r>
    </w:p>
    <w:p w14:paraId="3F37663A" w14:textId="60286964" w:rsidR="000C31F2" w:rsidRPr="000C31F2" w:rsidRDefault="000C31F2" w:rsidP="000D506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Doctor of Philosophy (PhD) Degree Award Order</w:t>
      </w:r>
      <w:r>
        <w:rPr>
          <w:rFonts w:cs="Times New Roman"/>
          <w:b/>
          <w:bCs/>
          <w:noProof/>
          <w:szCs w:val="24"/>
          <w:lang w:val="ru-KZ"/>
        </w:rPr>
        <w:t xml:space="preserve"> </w:t>
      </w:r>
      <w:r w:rsidR="002F2038">
        <w:rPr>
          <w:rFonts w:cs="Times New Roman"/>
          <w:b/>
          <w:bCs/>
          <w:noProof/>
          <w:szCs w:val="24"/>
          <w:lang w:val="ru-KZ"/>
        </w:rPr>
        <w:t xml:space="preserve"> </w:t>
      </w:r>
      <w:r w:rsidR="001E6E36">
        <w:rPr>
          <w:rFonts w:cs="Times New Roman"/>
          <w:b/>
          <w:bCs/>
          <w:noProof/>
          <w:szCs w:val="24"/>
          <w:lang w:val="ru-KZ"/>
        </w:rPr>
        <w:t xml:space="preserve"> </w:t>
      </w:r>
    </w:p>
    <w:sectPr w:rsidR="000C31F2" w:rsidRPr="000C31F2" w:rsidSect="004F6B35">
      <w:pgSz w:w="12240" w:h="15840"/>
      <w:pgMar w:top="568" w:right="850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2979577">
    <w:abstractNumId w:val="8"/>
  </w:num>
  <w:num w:numId="2" w16cid:durableId="24717955">
    <w:abstractNumId w:val="6"/>
  </w:num>
  <w:num w:numId="3" w16cid:durableId="683364142">
    <w:abstractNumId w:val="5"/>
  </w:num>
  <w:num w:numId="4" w16cid:durableId="588930663">
    <w:abstractNumId w:val="4"/>
  </w:num>
  <w:num w:numId="5" w16cid:durableId="1023094820">
    <w:abstractNumId w:val="7"/>
  </w:num>
  <w:num w:numId="6" w16cid:durableId="1603414704">
    <w:abstractNumId w:val="3"/>
  </w:num>
  <w:num w:numId="7" w16cid:durableId="1648126305">
    <w:abstractNumId w:val="2"/>
  </w:num>
  <w:num w:numId="8" w16cid:durableId="2001351425">
    <w:abstractNumId w:val="1"/>
  </w:num>
  <w:num w:numId="9" w16cid:durableId="191492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7EB"/>
    <w:rsid w:val="0006063C"/>
    <w:rsid w:val="000C31F2"/>
    <w:rsid w:val="000D506A"/>
    <w:rsid w:val="000F4183"/>
    <w:rsid w:val="0015074B"/>
    <w:rsid w:val="00161B99"/>
    <w:rsid w:val="001D732D"/>
    <w:rsid w:val="001E6E36"/>
    <w:rsid w:val="002132B7"/>
    <w:rsid w:val="00241239"/>
    <w:rsid w:val="0029639D"/>
    <w:rsid w:val="002F2038"/>
    <w:rsid w:val="00326F90"/>
    <w:rsid w:val="0034459D"/>
    <w:rsid w:val="003C6173"/>
    <w:rsid w:val="00437DE6"/>
    <w:rsid w:val="004D0F9B"/>
    <w:rsid w:val="004F6B35"/>
    <w:rsid w:val="00680464"/>
    <w:rsid w:val="006C0880"/>
    <w:rsid w:val="006C11A2"/>
    <w:rsid w:val="00792084"/>
    <w:rsid w:val="00823431"/>
    <w:rsid w:val="0085488F"/>
    <w:rsid w:val="008A5E85"/>
    <w:rsid w:val="009216D1"/>
    <w:rsid w:val="009F533F"/>
    <w:rsid w:val="00A6289C"/>
    <w:rsid w:val="00A97D6D"/>
    <w:rsid w:val="00AA1D8D"/>
    <w:rsid w:val="00AF0449"/>
    <w:rsid w:val="00AF1835"/>
    <w:rsid w:val="00B300FD"/>
    <w:rsid w:val="00B47730"/>
    <w:rsid w:val="00BA04D8"/>
    <w:rsid w:val="00C650C2"/>
    <w:rsid w:val="00CB0664"/>
    <w:rsid w:val="00D43BE5"/>
    <w:rsid w:val="00D46FEA"/>
    <w:rsid w:val="00D97BA2"/>
    <w:rsid w:val="00DD4224"/>
    <w:rsid w:val="00EA33A6"/>
    <w:rsid w:val="00EE7D87"/>
    <w:rsid w:val="00F252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A5EE2"/>
  <w14:defaultImageDpi w14:val="300"/>
  <w15:docId w15:val="{9D6F8334-4084-1846-9672-B044CD74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46FEA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D46FE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2"/>
    <w:rsid w:val="00AF1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9304971050?pwd=gyraEPIPHxiuEv3R8ztlcBLfHM5ivY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@abaiuniversity192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oom.us/j/99304971050?pwd=gyraEPIPHxiuEv3R8ztlcBLfHM5ivY.1" TargetMode="External"/><Relationship Id="rId11" Type="http://schemas.openxmlformats.org/officeDocument/2006/relationships/hyperlink" Target="https://www.youtube.com/@abaiuniversity192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oom.us/j/99304971050?pwd=gyraEPIPHxiuEv3R8ztlcBLfHM5ivY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@abaiuniversity1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1248</Words>
  <Characters>7115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Данагүл Дәлелбекова</cp:lastModifiedBy>
  <cp:revision>26</cp:revision>
  <dcterms:created xsi:type="dcterms:W3CDTF">2026-10-15T09:43:00Z</dcterms:created>
  <dcterms:modified xsi:type="dcterms:W3CDTF">2026-10-16T12:24:00Z</dcterms:modified>
  <cp:category/>
</cp:coreProperties>
</file>